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Arquitectura de software - Modelo C4</w:t>
      </w:r>
    </w:p>
    <w:p>
      <w:pPr>
        <w:pStyle w:val="Subtitle"/>
      </w:pPr>
      <w:r>
        <w:t>PLANTILLA PARA COMPLETAR · Sin respuestas predefinidas</w:t>
      </w:r>
    </w:p>
    <w:p>
      <w:pPr>
        <w:pStyle w:val="Heading1"/>
      </w:pPr>
      <w:r>
        <w:t>Ficha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EEF3F7"/>
          </w:tcPr>
          <w:p>
            <w:r>
              <w:t>Institución / asignatura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Nombre del proyecto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Equipo / integrantes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Docente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Versión / fecha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Enlace al repositorio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</w:tbl>
    <w:p>
      <w:r>
        <w:t>Instrucciones: reemplace cada campo entre corchetes con información propia del proyecto. Elimine los campos no aplicables y adjunte enlaces o evidencias cuando corresponda.</w:t>
      </w:r>
    </w:p>
    <w:p>
      <w:pPr>
        <w:pStyle w:val="Heading1"/>
      </w:pPr>
      <w:r>
        <w:t>1. Vista general</w:t>
      </w:r>
    </w:p>
    <w:p>
      <w:r>
        <w:rPr>
          <w:b/>
        </w:rPr>
        <w:t xml:space="preserve">Objetivo del documento: </w:t>
      </w:r>
      <w:r>
        <w:t>[Completar / describir / adjuntar enlace o evidencia]</w:t>
      </w:r>
    </w:p>
    <w:p>
      <w:r>
        <w:rPr>
          <w:b/>
        </w:rPr>
        <w:t xml:space="preserve">Principales decisiones arquitectónicas: </w:t>
      </w:r>
      <w:r>
        <w:t>[Completar / describir / adjuntar enlace o evidencia]</w:t>
      </w:r>
    </w:p>
    <w:p>
      <w:r>
        <w:rPr>
          <w:b/>
        </w:rPr>
        <w:t xml:space="preserve">Tecnologías y versiones utilizadas: </w:t>
      </w:r>
      <w:r>
        <w:t>[Completar / describir / adjuntar enlace o evidencia]</w:t>
      </w:r>
    </w:p>
    <w:p>
      <w:pPr>
        <w:pStyle w:val="Heading1"/>
      </w:pPr>
      <w:r>
        <w:t>2. Nivel 1 - Contexto</w:t>
      </w:r>
    </w:p>
    <w:p>
      <w:r>
        <w:rPr>
          <w:b/>
        </w:rPr>
        <w:t xml:space="preserve">Actores externos: </w:t>
      </w:r>
      <w:r>
        <w:t>[Completar / describir / adjuntar enlace o evidencia]</w:t>
      </w:r>
    </w:p>
    <w:p>
      <w:r>
        <w:rPr>
          <w:b/>
        </w:rPr>
        <w:t xml:space="preserve">Sistemas externos: </w:t>
      </w:r>
      <w:r>
        <w:t>[Completar / describir / adjuntar enlace o evidencia]</w:t>
      </w:r>
    </w:p>
    <w:p>
      <w:r>
        <w:rPr>
          <w:b/>
        </w:rPr>
        <w:t xml:space="preserve">Descripción de interacciones: </w:t>
      </w:r>
      <w:r>
        <w:t>[Completar / describir / adjuntar enlace o evidencia]</w:t>
      </w:r>
    </w:p>
    <w:p>
      <w:r>
        <w:rPr>
          <w:b/>
        </w:rPr>
        <w:t xml:space="preserve">Insertar diagrama de contexto C4: </w:t>
      </w:r>
      <w:r>
        <w:t>[Completar / describir / adjuntar enlace o evidencia]</w:t>
      </w:r>
    </w:p>
    <w:p>
      <w:r>
        <w:t>[Insertar figura, captura o enlace aquí]</w:t>
      </w:r>
    </w:p>
    <w:p>
      <w:pPr>
        <w:pStyle w:val="Heading1"/>
      </w:pPr>
      <w:r>
        <w:t>3. Nivel 2 - Contenedores</w:t>
      </w:r>
    </w:p>
    <w:p>
      <w:r>
        <w:rPr>
          <w:b/>
        </w:rPr>
        <w:t xml:space="preserve">Aplicación frontend: </w:t>
      </w:r>
      <w:r>
        <w:t>[Completar / describir / adjuntar enlace o evidencia]</w:t>
      </w:r>
    </w:p>
    <w:p>
      <w:r>
        <w:rPr>
          <w:b/>
        </w:rPr>
        <w:t xml:space="preserve">Servicios / backend: </w:t>
      </w:r>
      <w:r>
        <w:t>[Completar / describir / adjuntar enlace o evidencia]</w:t>
      </w:r>
    </w:p>
    <w:p>
      <w:r>
        <w:rPr>
          <w:b/>
        </w:rPr>
        <w:t xml:space="preserve">Persistencia y almacenamiento: </w:t>
      </w:r>
      <w:r>
        <w:t>[Completar / describir / adjuntar enlace o evidencia]</w:t>
      </w:r>
    </w:p>
    <w:p>
      <w:r>
        <w:rPr>
          <w:b/>
        </w:rPr>
        <w:t xml:space="preserve">Integraciones: </w:t>
      </w:r>
      <w:r>
        <w:t>[Completar / describir / adjuntar enlace o evidencia]</w:t>
      </w:r>
    </w:p>
    <w:p>
      <w:r>
        <w:rPr>
          <w:b/>
        </w:rPr>
        <w:t xml:space="preserve">Insertar diagrama de contenedores C4: </w:t>
      </w:r>
      <w:r>
        <w:t>[Completar / describir / adjuntar enlace o evidencia]</w:t>
      </w:r>
    </w:p>
    <w:p>
      <w:r>
        <w:t>[Insertar figura, captura o enlace aquí]</w:t>
      </w:r>
    </w:p>
    <w:p>
      <w:pPr>
        <w:pStyle w:val="Heading1"/>
      </w:pPr>
      <w:r>
        <w:t>4. Nivel 3 - Componentes</w:t>
      </w:r>
    </w:p>
    <w:p>
      <w:r>
        <w:rPr>
          <w:b/>
        </w:rPr>
        <w:t xml:space="preserve">Contenedor seleccionado: </w:t>
      </w:r>
      <w:r>
        <w:t>[Completar / describir / adjuntar enlace o evidencia]</w:t>
      </w:r>
    </w:p>
    <w:p>
      <w:r>
        <w:rPr>
          <w:b/>
        </w:rPr>
        <w:t xml:space="preserve">Componentes internos y responsabilidades: </w:t>
      </w:r>
      <w:r>
        <w:t>[Completar / describir / adjuntar enlace o evidencia]</w:t>
      </w:r>
    </w:p>
    <w:p>
      <w:r>
        <w:rPr>
          <w:b/>
        </w:rPr>
        <w:t xml:space="preserve">Relaciones y dependencias: </w:t>
      </w:r>
      <w:r>
        <w:t>[Completar / describir / adjuntar enlace o evidencia]</w:t>
      </w:r>
    </w:p>
    <w:p>
      <w:r>
        <w:rPr>
          <w:b/>
        </w:rPr>
        <w:t xml:space="preserve">Insertar diagrama de componentes C4: </w:t>
      </w:r>
      <w:r>
        <w:t>[Completar / describir / adjuntar enlace o evidencia]</w:t>
      </w:r>
    </w:p>
    <w:p>
      <w:r>
        <w:t>[Insertar figura, captura o enlace aquí]</w:t>
      </w:r>
    </w:p>
    <w:p>
      <w:pPr>
        <w:pStyle w:val="Heading1"/>
      </w:pPr>
      <w:r>
        <w:t>5. Nivel 4 - Código (opcional)</w:t>
      </w:r>
    </w:p>
    <w:p>
      <w:r>
        <w:rPr>
          <w:b/>
        </w:rPr>
        <w:t xml:space="preserve">Módulo o componente seleccionado: </w:t>
      </w:r>
      <w:r>
        <w:t>[Completar / describir / adjuntar enlace o evidencia]</w:t>
      </w:r>
    </w:p>
    <w:p>
      <w:r>
        <w:rPr>
          <w:b/>
        </w:rPr>
        <w:t xml:space="preserve">Diagrama o estructura de clases / módulos: </w:t>
      </w:r>
      <w:r>
        <w:t>[Completar / describir / adjuntar enlace o evidencia]</w:t>
      </w:r>
    </w:p>
    <w:p>
      <w:r>
        <w:t>[Insertar figura, captura o enlace aquí]</w:t>
      </w:r>
    </w:p>
    <w:p>
      <w:pPr>
        <w:pStyle w:val="Heading1"/>
      </w:pPr>
      <w:r>
        <w:t>6. Decisiones y atributos de calidad</w:t>
      </w:r>
    </w:p>
    <w:p>
      <w:r>
        <w:rPr>
          <w:b/>
        </w:rPr>
        <w:t xml:space="preserve">Seguridad y control de acceso: </w:t>
      </w:r>
      <w:r>
        <w:t>[Completar / describir / adjuntar enlace o evidencia]</w:t>
      </w:r>
    </w:p>
    <w:p>
      <w:r>
        <w:rPr>
          <w:b/>
        </w:rPr>
        <w:t xml:space="preserve">Escalabilidad y rendimiento: </w:t>
      </w:r>
      <w:r>
        <w:t>[Completar / describir / adjuntar enlace o evidencia]</w:t>
      </w:r>
    </w:p>
    <w:p>
      <w:r>
        <w:rPr>
          <w:b/>
        </w:rPr>
        <w:t xml:space="preserve">Mantenibilidad: </w:t>
      </w:r>
      <w:r>
        <w:t>[Completar / describir / adjuntar enlace o evidencia]</w:t>
      </w:r>
    </w:p>
    <w:p>
      <w:r>
        <w:rPr>
          <w:b/>
        </w:rPr>
        <w:t xml:space="preserve">Justificación de decisiones y compromisos: </w:t>
      </w:r>
      <w:r>
        <w:t>[Completar / describir / adjuntar enlace o evidencia]</w:t>
      </w:r>
    </w:p>
    <w:p>
      <w:pPr>
        <w:pStyle w:val="Heading2"/>
      </w:pPr>
      <w:r>
        <w:t>Inventario de contenedores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Contenedor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Responsabilidad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Tecnología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Comunicación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</w:tbl>
    <w:p>
      <w:pPr>
        <w:pStyle w:val="Caption"/>
      </w:pPr>
      <w:r>
        <w:t>Agregar filas según sea necesario.</w:t>
      </w:r>
    </w:p>
    <w:p>
      <w:pPr>
        <w:pStyle w:val="Heading2"/>
      </w:pPr>
      <w:r>
        <w:t>Decisiones arquitectónicas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Decisión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Alternativa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Justificación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</w:tbl>
    <w:p>
      <w:pPr>
        <w:pStyle w:val="Caption"/>
      </w:pPr>
      <w:r>
        <w:t>Agregar filas según sea necesario.</w:t>
      </w:r>
    </w:p>
    <w:p>
      <w:pPr>
        <w:pStyle w:val="Heading1"/>
      </w:pPr>
      <w:r>
        <w:t>Anexos y referencias</w:t>
      </w:r>
    </w:p>
    <w:p>
      <w:r>
        <w:t>Repositorio / documentación: [URL]</w:t>
      </w:r>
    </w:p>
    <w:p>
      <w:r>
        <w:t>Capturas, diagramas, reportes, logs u otras evidencias: [Enlaces o anexos]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Plantilla académica | Documento para diligenciar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PROYECTO ACADÉMICO  |  HERRAMIENTA WEB DE MODELADO BPMN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E5C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3E5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A3E5C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